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VELKAKIRJA</w:t>
      </w:r>
    </w:p>
    <w:p>
      <w:pPr>
        <w:jc w:val="center"/>
      </w:pPr>
      <w:r>
        <w:rPr>
          <w:sz w:val="18"/>
        </w:rPr>
        <w:t>Vaadittaessa maksettava, tavallinen velkakirja</w:t>
      </w:r>
    </w:p>
    <w:p>
      <w:pPr>
        <w:spacing w:before="200" w:after="40"/>
      </w:pPr>
      <w:r>
        <w:rPr>
          <w:b/>
        </w:rPr>
        <w:t>1. Velkoja</w:t>
      </w:r>
    </w:p>
    <w:p>
      <w:pPr>
        <w:spacing w:after="40"/>
      </w:pPr>
      <w:r>
        <w:t>Nimi: ________________________________________</w:t>
      </w:r>
    </w:p>
    <w:p>
      <w:pPr>
        <w:spacing w:after="40"/>
      </w:pPr>
      <w:r>
        <w:t>Henkilötunnus tai Y-tunnus: ____________________</w:t>
      </w:r>
    </w:p>
    <w:p>
      <w:pPr>
        <w:spacing w:after="40"/>
      </w:pPr>
      <w:r>
        <w:t>Osoite: ________________________________________</w:t>
      </w:r>
    </w:p>
    <w:p>
      <w:pPr>
        <w:spacing w:before="200" w:after="40"/>
      </w:pPr>
      <w:r>
        <w:rPr>
          <w:b/>
        </w:rPr>
        <w:t>2. Velallinen</w:t>
      </w:r>
    </w:p>
    <w:p>
      <w:pPr>
        <w:spacing w:after="40"/>
      </w:pPr>
      <w:r>
        <w:t>Nimi: ________________________________________</w:t>
      </w:r>
    </w:p>
    <w:p>
      <w:pPr>
        <w:spacing w:after="40"/>
      </w:pPr>
      <w:r>
        <w:t>Henkilötunnus tai Y-tunnus: ____________________</w:t>
      </w:r>
    </w:p>
    <w:p>
      <w:pPr>
        <w:spacing w:after="40"/>
      </w:pPr>
      <w:r>
        <w:t>Osoite: ________________________________________</w:t>
      </w:r>
    </w:p>
    <w:p>
      <w:pPr>
        <w:spacing w:before="200" w:after="40"/>
      </w:pPr>
      <w:r>
        <w:rPr>
          <w:b/>
        </w:rPr>
        <w:t>3. Lainan pääoma</w:t>
      </w:r>
    </w:p>
    <w:p>
      <w:pPr>
        <w:spacing w:after="40"/>
      </w:pPr>
      <w:r>
        <w:t>Velallinen tunnustaa saaneensa velkojalta lainaksi ____________________ euroa</w:t>
      </w:r>
    </w:p>
    <w:p>
      <w:pPr>
        <w:spacing w:after="40"/>
      </w:pPr>
      <w:r>
        <w:t>(kirjaimin: ________________________________________).</w:t>
      </w:r>
    </w:p>
    <w:p>
      <w:pPr>
        <w:spacing w:after="40"/>
      </w:pPr>
      <w:r>
        <w:t>Laina on luovutettu ____.____.________ tilisiirtona velallisen tilille.</w:t>
      </w:r>
    </w:p>
    <w:p>
      <w:pPr>
        <w:spacing w:before="200" w:after="40"/>
      </w:pPr>
      <w:r>
        <w:rPr>
          <w:b/>
        </w:rPr>
        <w:t>4. Korko</w:t>
      </w:r>
    </w:p>
    <w:p>
      <w:pPr>
        <w:spacing w:after="40"/>
      </w:pPr>
      <w:r>
        <w:t>Lainalle ei makseta korkoa / lainan pääomalle maksetaan kiinteää vuosikorkoa ____________________ % (tarpeeton yliviivataan).</w:t>
      </w:r>
    </w:p>
    <w:p>
      <w:pPr>
        <w:spacing w:before="200" w:after="40"/>
      </w:pPr>
      <w:r>
        <w:rPr>
          <w:b/>
        </w:rPr>
        <w:t>5. Viivästyskorko</w:t>
      </w:r>
    </w:p>
    <w:p>
      <w:pPr>
        <w:spacing w:after="40"/>
      </w:pPr>
      <w:r>
        <w:t>Viivästyneelle määrälle maksetaan korkolain 4 §:n mukaista viivästyskorkoa eräpäivästä maksupäivään.</w:t>
      </w:r>
    </w:p>
    <w:p>
      <w:pPr>
        <w:spacing w:before="200" w:after="40"/>
      </w:pPr>
      <w:r>
        <w:rPr>
          <w:b/>
        </w:rPr>
        <w:t>6. Takaisinmaksu</w:t>
      </w:r>
    </w:p>
    <w:p>
      <w:pPr>
        <w:spacing w:after="40"/>
      </w:pPr>
      <w:r>
        <w:t>Laina erääntyy maksettavaksi velkojan kirjallisesta vaatimuksesta ____________________ viikon kuluttua vaatimuksen esittämisestä.</w:t>
      </w:r>
    </w:p>
    <w:p>
      <w:pPr>
        <w:spacing w:after="40"/>
      </w:pPr>
      <w:r>
        <w:t>Maksut suoritetaan velkojan tilille (IBAN): ________________________________________</w:t>
      </w:r>
    </w:p>
    <w:p>
      <w:pPr>
        <w:spacing w:before="200" w:after="40"/>
      </w:pPr>
      <w:r>
        <w:rPr>
          <w:b/>
        </w:rPr>
        <w:t>7. Ennenaikainen takaisinmaksu</w:t>
      </w:r>
    </w:p>
    <w:p>
      <w:pPr>
        <w:spacing w:after="40"/>
      </w:pPr>
      <w:r>
        <w:t>Velallisella on oikeus maksaa laina tai osa siitä ennenaikaisesti ilman lisäkuluja.</w:t>
      </w:r>
    </w:p>
    <w:p>
      <w:pPr>
        <w:spacing w:before="200" w:after="40"/>
      </w:pPr>
      <w:r>
        <w:rPr>
          <w:b/>
        </w:rPr>
        <w:t>8. Eräännyttäminen</w:t>
      </w:r>
    </w:p>
    <w:p>
      <w:pPr>
        <w:spacing w:after="40"/>
      </w:pPr>
      <w:r>
        <w:t>Jos maksuerä viivästyy yli 30 päivää eräpäivästä, velkoja saa lähettää velalliselle kirjallisen huomautuksen. Jos viivästynyttä erää ei makseta 14 päivän kuluessa huomautuksesta, velkojalla on oikeus eräännyttää koko jäljellä oleva velka korkoineen heti maksettavaksi.</w:t>
      </w:r>
    </w:p>
    <w:p>
      <w:pPr>
        <w:spacing w:before="200" w:after="40"/>
      </w:pPr>
      <w:r>
        <w:rPr>
          <w:b/>
        </w:rPr>
        <w:t>9. Siirto</w:t>
      </w:r>
    </w:p>
    <w:p>
      <w:pPr>
        <w:spacing w:after="40"/>
      </w:pPr>
      <w:r>
        <w:t>Velkojalla ei ole oikeutta siirtää tätä velkakirjaa kolmannelle ilman velallisen kirjallista suostumusta / Velkojalla on oikeus siirtää tämä velkakirja kolmannelle ilmoittamalla siirrosta velalliselle kirjallisesti (tarpeeton yliviivataan).</w:t>
      </w:r>
    </w:p>
    <w:p>
      <w:pPr>
        <w:spacing w:before="200" w:after="40"/>
      </w:pPr>
      <w:r>
        <w:rPr>
          <w:b/>
        </w:rPr>
        <w:t>10. Sovellettava laki ja oikeuspaikka</w:t>
      </w:r>
    </w:p>
    <w:p>
      <w:pPr>
        <w:spacing w:after="40"/>
      </w:pPr>
      <w:r>
        <w:t>Tähän velkakirjaan sovelletaan Suomen lakia. Tästä velkakirjasta johtuvat riidat käsitellään oikeudenkäymiskaaren 10 luvun mukaisessa toimivaltaisessa käräjäoikeudessa, joka on pääsääntöisesti vastaajan kotipaikan käräjäoikeus.</w:t>
      </w:r>
    </w:p>
    <w:p/>
    <w:p>
      <w:r>
        <w:t>Tätä velkakirjaa on laadittu kaksi samasanaista kappaletta, yksi kummallekin osapuolelle.</w:t>
      </w:r>
    </w:p>
    <w:p>
      <w:r>
        <w:t>Paikka ja aika: ____________________________, ____.____.________</w:t>
      </w:r>
    </w:p>
    <w:p/>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Velkojan allekirjoitus ja nimenselvennys</w:t>
            </w:r>
          </w:p>
        </w:tc>
        <w:tc>
          <w:tcPr>
            <w:tcW w:type="dxa" w:w="4873"/>
          </w:tcPr>
          <w:p>
            <w:r>
              <w:t>________________________________</w:t>
              <w:br/>
            </w:r>
            <w:r>
              <w:rPr>
                <w:sz w:val="16"/>
              </w:rPr>
              <w:t>Velallisen allekirjoitus ja nimenselvennys</w:t>
            </w:r>
          </w:p>
        </w:tc>
      </w:tr>
    </w:tbl>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Todistajan allekirjoitus ja nimenselvennys</w:t>
            </w:r>
          </w:p>
        </w:tc>
        <w:tc>
          <w:tcPr>
            <w:tcW w:type="dxa" w:w="4873"/>
          </w:tcPr>
          <w:p>
            <w:r>
              <w:t>________________________________</w:t>
              <w:br/>
            </w:r>
            <w:r>
              <w:rPr>
                <w:sz w:val="16"/>
              </w:rPr>
              <w:t>Todistajan allekirjoitus ja nimenselvennys</w:t>
            </w:r>
          </w:p>
        </w:tc>
      </w:tr>
    </w:tbl>
    <w:p/>
    <w:sectPr w:rsidR="00FC693F" w:rsidRPr="0006063C" w:rsidSect="00034616">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